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499"/>
      </w:tblGrid>
      <w:tr w:rsidR="0067321C" w14:paraId="2A8074BC" w14:textId="77777777">
        <w:trPr>
          <w:jc w:val="center"/>
        </w:trPr>
        <w:tc>
          <w:tcPr>
            <w:tcW w:w="54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C404" w14:textId="77777777" w:rsidR="0067321C" w:rsidRPr="00747505" w:rsidRDefault="002D34A6">
            <w:pPr>
              <w:spacing w:after="0"/>
              <w:rPr>
                <w:color w:val="00B050"/>
              </w:rPr>
            </w:pPr>
            <w:r w:rsidRPr="00747505">
              <w:rPr>
                <w:b/>
                <w:color w:val="00B050"/>
                <w:sz w:val="40"/>
              </w:rPr>
              <w:t>Aktivitäten 60+</w:t>
            </w:r>
          </w:p>
          <w:p w14:paraId="3EC9AC51" w14:textId="77777777" w:rsidR="0067321C" w:rsidRDefault="0067321C">
            <w:pPr>
              <w:spacing w:after="0"/>
            </w:pPr>
          </w:p>
        </w:tc>
        <w:tc>
          <w:tcPr>
            <w:tcW w:w="54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6841" w14:textId="77777777" w:rsidR="0067321C" w:rsidRDefault="002D34A6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851B590" wp14:editId="4AAA0522">
                  <wp:simplePos x="0" y="0"/>
                  <wp:positionH relativeFrom="column">
                    <wp:posOffset>1982470</wp:posOffset>
                  </wp:positionH>
                  <wp:positionV relativeFrom="paragraph">
                    <wp:posOffset>-154940</wp:posOffset>
                  </wp:positionV>
                  <wp:extent cx="1512000" cy="751419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senectute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75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2153FAA" w14:textId="77777777" w:rsidR="00C26B04" w:rsidRPr="00E3416F" w:rsidRDefault="00C26B04">
      <w:pPr>
        <w:spacing w:after="20"/>
        <w:rPr>
          <w:lang w:val="de-CH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499"/>
      </w:tblGrid>
      <w:tr w:rsidR="0067321C" w:rsidRPr="00747505" w14:paraId="744CA755" w14:textId="77777777">
        <w:trPr>
          <w:trHeight w:val="2098"/>
          <w:jc w:val="center"/>
        </w:trPr>
        <w:tc>
          <w:tcPr>
            <w:tcW w:w="5499" w:type="dxa"/>
            <w:shd w:val="clear" w:color="auto" w:fill="FF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19BE6" w14:textId="466AFDD8" w:rsidR="0067321C" w:rsidRPr="00E3416F" w:rsidRDefault="002D34A6">
            <w:pPr>
              <w:jc w:val="center"/>
              <w:rPr>
                <w:sz w:val="24"/>
                <w:szCs w:val="24"/>
                <w:lang w:val="de-CH"/>
              </w:rPr>
            </w:pPr>
            <w:r w:rsidRPr="00E3416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824" behindDoc="0" locked="0" layoutInCell="1" allowOverlap="1" wp14:anchorId="170FEF98" wp14:editId="5161CBCD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64135</wp:posOffset>
                  </wp:positionV>
                  <wp:extent cx="1819275" cy="1114425"/>
                  <wp:effectExtent l="0" t="0" r="9525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eed_visual_rev.png"/>
                          <pic:cNvPicPr/>
                        </pic:nvPicPr>
                        <pic:blipFill rotWithShape="1">
                          <a:blip r:embed="rId7"/>
                          <a:srcRect r="2814" b="6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11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99" w:type="dxa"/>
            <w:shd w:val="clear" w:color="auto" w:fill="FF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6B274" w14:textId="77777777" w:rsidR="0067321C" w:rsidRPr="00E3416F" w:rsidRDefault="002D34A6">
            <w:pPr>
              <w:spacing w:after="0" w:line="240" w:lineRule="auto"/>
              <w:rPr>
                <w:b/>
                <w:color w:val="63B32E"/>
                <w:sz w:val="28"/>
                <w:szCs w:val="28"/>
                <w:lang w:val="de-CH"/>
              </w:rPr>
            </w:pPr>
            <w:r w:rsidRPr="00E3416F">
              <w:rPr>
                <w:b/>
                <w:color w:val="63B32E"/>
                <w:sz w:val="28"/>
                <w:szCs w:val="28"/>
                <w:lang w:val="de-CH"/>
              </w:rPr>
              <w:t>SPEEDDATING 60+</w:t>
            </w:r>
          </w:p>
          <w:p w14:paraId="166CC035" w14:textId="77777777" w:rsidR="00E3416F" w:rsidRPr="00E3416F" w:rsidRDefault="00E3416F">
            <w:pPr>
              <w:spacing w:after="0" w:line="240" w:lineRule="auto"/>
              <w:rPr>
                <w:szCs w:val="16"/>
                <w:lang w:val="de-CH"/>
              </w:rPr>
            </w:pPr>
          </w:p>
          <w:p w14:paraId="5C78D532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D12F63"/>
                <w:sz w:val="24"/>
                <w:szCs w:val="24"/>
                <w:lang w:val="de-CH"/>
              </w:rPr>
              <w:t>Dienstag, 10. November 2026</w:t>
            </w:r>
          </w:p>
          <w:p w14:paraId="2297BCD4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303030"/>
                <w:sz w:val="24"/>
                <w:szCs w:val="24"/>
                <w:lang w:val="de-CH"/>
              </w:rPr>
              <w:t>14.00 - 18.00 Uhr</w:t>
            </w:r>
          </w:p>
          <w:p w14:paraId="3233C671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303030"/>
                <w:sz w:val="24"/>
                <w:szCs w:val="24"/>
                <w:lang w:val="de-CH"/>
              </w:rPr>
              <w:t>Restaurant Weisses Kreuz</w:t>
            </w:r>
          </w:p>
          <w:p w14:paraId="0750A416" w14:textId="77777777" w:rsidR="0067321C" w:rsidRPr="00E3416F" w:rsidRDefault="002D34A6">
            <w:pPr>
              <w:spacing w:after="0" w:line="240" w:lineRule="auto"/>
              <w:rPr>
                <w:color w:val="303030"/>
                <w:sz w:val="24"/>
                <w:szCs w:val="24"/>
                <w:lang w:val="de-CH"/>
              </w:rPr>
            </w:pPr>
            <w:r w:rsidRPr="00E3416F">
              <w:rPr>
                <w:color w:val="303030"/>
                <w:sz w:val="24"/>
                <w:szCs w:val="24"/>
                <w:lang w:val="de-CH"/>
              </w:rPr>
              <w:t>Dorfplatz 8, 3185 Schmitten</w:t>
            </w:r>
          </w:p>
          <w:p w14:paraId="7B663873" w14:textId="77777777" w:rsidR="00E3416F" w:rsidRPr="00E3416F" w:rsidRDefault="00E3416F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</w:p>
          <w:p w14:paraId="3BB39AF6" w14:textId="77777777" w:rsidR="0067321C" w:rsidRPr="00E3416F" w:rsidRDefault="002D34A6">
            <w:pPr>
              <w:spacing w:after="0" w:line="240" w:lineRule="auto"/>
              <w:rPr>
                <w:b/>
                <w:bCs/>
                <w:sz w:val="24"/>
                <w:szCs w:val="24"/>
                <w:lang w:val="de-CH"/>
              </w:rPr>
            </w:pP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Anmeldung bis 29. Oktober | CHF 15.-</w:t>
            </w:r>
          </w:p>
        </w:tc>
      </w:tr>
    </w:tbl>
    <w:p w14:paraId="3BBC4B29" w14:textId="7D5E7036" w:rsidR="0067321C" w:rsidRDefault="0067321C">
      <w:pPr>
        <w:spacing w:after="20"/>
        <w:rPr>
          <w:lang w:val="de-CH"/>
        </w:rPr>
      </w:pPr>
    </w:p>
    <w:p w14:paraId="0AB999EC" w14:textId="77777777" w:rsidR="00E3416F" w:rsidRPr="00747505" w:rsidRDefault="00E3416F">
      <w:pPr>
        <w:spacing w:after="20"/>
        <w:rPr>
          <w:lang w:val="de-CH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499"/>
      </w:tblGrid>
      <w:tr w:rsidR="0067321C" w14:paraId="760209E5" w14:textId="77777777">
        <w:trPr>
          <w:trHeight w:val="2098"/>
          <w:jc w:val="center"/>
        </w:trPr>
        <w:tc>
          <w:tcPr>
            <w:tcW w:w="5499" w:type="dxa"/>
            <w:shd w:val="clear" w:color="auto" w:fill="F1F8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C314C" w14:textId="73B185EF" w:rsidR="0067321C" w:rsidRDefault="00E3416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6E5B31F5" wp14:editId="7F322F9C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-62230</wp:posOffset>
                  </wp:positionV>
                  <wp:extent cx="2122805" cy="1171575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is_top_photo_only.png"/>
                          <pic:cNvPicPr/>
                        </pic:nvPicPr>
                        <pic:blipFill rotWithShape="1">
                          <a:blip r:embed="rId8"/>
                          <a:srcRect b="6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2805" cy="1171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99" w:type="dxa"/>
            <w:shd w:val="clear" w:color="auto" w:fill="F1F8E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BFC70" w14:textId="77777777" w:rsidR="0067321C" w:rsidRDefault="002D34A6">
            <w:pPr>
              <w:spacing w:after="0" w:line="240" w:lineRule="auto"/>
              <w:rPr>
                <w:b/>
                <w:color w:val="63B32E"/>
                <w:sz w:val="28"/>
                <w:szCs w:val="28"/>
                <w:lang w:val="de-CH"/>
              </w:rPr>
            </w:pPr>
            <w:r w:rsidRPr="00E3416F">
              <w:rPr>
                <w:b/>
                <w:color w:val="63B32E"/>
                <w:sz w:val="28"/>
                <w:szCs w:val="28"/>
                <w:lang w:val="de-CH"/>
              </w:rPr>
              <w:t>EISSTOCK 60+ - MURTEN</w:t>
            </w:r>
          </w:p>
          <w:p w14:paraId="392E691F" w14:textId="77777777" w:rsidR="00E3416F" w:rsidRPr="00E3416F" w:rsidRDefault="00E3416F">
            <w:pPr>
              <w:spacing w:after="0" w:line="240" w:lineRule="auto"/>
              <w:rPr>
                <w:szCs w:val="16"/>
                <w:lang w:val="de-CH"/>
              </w:rPr>
            </w:pPr>
          </w:p>
          <w:p w14:paraId="6CB027A1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303030"/>
                <w:sz w:val="24"/>
                <w:szCs w:val="24"/>
                <w:lang w:val="de-CH"/>
              </w:rPr>
              <w:t>Donnerstag, 12. + 19. November 2026</w:t>
            </w:r>
          </w:p>
          <w:p w14:paraId="3CED4E9D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303030"/>
                <w:sz w:val="24"/>
                <w:szCs w:val="24"/>
                <w:lang w:val="de-CH"/>
              </w:rPr>
              <w:t>12.00 - 13.40 Uhr</w:t>
            </w:r>
          </w:p>
          <w:p w14:paraId="76EDB213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303030"/>
                <w:sz w:val="24"/>
                <w:szCs w:val="24"/>
                <w:lang w:val="de-CH"/>
              </w:rPr>
              <w:t>Berntorplatz, Murten</w:t>
            </w:r>
          </w:p>
          <w:p w14:paraId="17D58954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</w:rPr>
            </w:pPr>
            <w:r w:rsidRPr="00E3416F">
              <w:rPr>
                <w:color w:val="303030"/>
                <w:sz w:val="24"/>
                <w:szCs w:val="24"/>
              </w:rPr>
              <w:t xml:space="preserve">Gratis </w:t>
            </w:r>
            <w:proofErr w:type="spellStart"/>
            <w:r w:rsidRPr="00E3416F">
              <w:rPr>
                <w:color w:val="303030"/>
                <w:sz w:val="24"/>
                <w:szCs w:val="24"/>
              </w:rPr>
              <w:t>Schnupperkurse</w:t>
            </w:r>
            <w:proofErr w:type="spellEnd"/>
            <w:r w:rsidRPr="00E3416F">
              <w:rPr>
                <w:color w:val="303030"/>
                <w:sz w:val="24"/>
                <w:szCs w:val="24"/>
              </w:rPr>
              <w:t xml:space="preserve"> | </w:t>
            </w:r>
            <w:proofErr w:type="spellStart"/>
            <w:r w:rsidRPr="00E3416F">
              <w:rPr>
                <w:b/>
                <w:bCs/>
                <w:color w:val="303030"/>
                <w:sz w:val="24"/>
                <w:szCs w:val="24"/>
              </w:rPr>
              <w:t>Anmeldung</w:t>
            </w:r>
            <w:proofErr w:type="spellEnd"/>
            <w:r w:rsidRPr="00E3416F">
              <w:rPr>
                <w:b/>
                <w:bCs/>
                <w:color w:val="303030"/>
                <w:sz w:val="24"/>
                <w:szCs w:val="24"/>
              </w:rPr>
              <w:t xml:space="preserve"> erforderlich</w:t>
            </w:r>
          </w:p>
        </w:tc>
      </w:tr>
    </w:tbl>
    <w:p w14:paraId="474280BD" w14:textId="355F63AD" w:rsidR="0067321C" w:rsidRDefault="0067321C">
      <w:pPr>
        <w:spacing w:after="20"/>
      </w:pPr>
    </w:p>
    <w:p w14:paraId="35076B14" w14:textId="77777777" w:rsidR="00E3416F" w:rsidRDefault="00E3416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499"/>
      </w:tblGrid>
      <w:tr w:rsidR="0067321C" w:rsidRPr="00747505" w14:paraId="57C6F85F" w14:textId="77777777">
        <w:trPr>
          <w:trHeight w:val="1984"/>
          <w:jc w:val="center"/>
        </w:trPr>
        <w:tc>
          <w:tcPr>
            <w:tcW w:w="5499" w:type="dxa"/>
            <w:shd w:val="clear" w:color="auto" w:fill="F3F8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1B7E3" w14:textId="48DFB51E" w:rsidR="0067321C" w:rsidRDefault="00E3416F">
            <w:pPr>
              <w:jc w:val="center"/>
            </w:pPr>
            <w:r w:rsidRPr="00747505">
              <w:drawing>
                <wp:anchor distT="0" distB="0" distL="114300" distR="114300" simplePos="0" relativeHeight="251665920" behindDoc="0" locked="0" layoutInCell="1" allowOverlap="1" wp14:anchorId="425464A4" wp14:editId="00F825A7">
                  <wp:simplePos x="0" y="0"/>
                  <wp:positionH relativeFrom="column">
                    <wp:posOffset>673735</wp:posOffset>
                  </wp:positionH>
                  <wp:positionV relativeFrom="paragraph">
                    <wp:posOffset>29210</wp:posOffset>
                  </wp:positionV>
                  <wp:extent cx="2727960" cy="1714500"/>
                  <wp:effectExtent l="0" t="0" r="0" b="0"/>
                  <wp:wrapNone/>
                  <wp:docPr id="209595922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959225" name=""/>
                          <pic:cNvPicPr/>
                        </pic:nvPicPr>
                        <pic:blipFill rotWithShape="1">
                          <a:blip r:embed="rId9"/>
                          <a:srcRect l="23968" r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960" cy="171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7505">
              <w:drawing>
                <wp:anchor distT="0" distB="0" distL="114300" distR="114300" simplePos="0" relativeHeight="251658752" behindDoc="0" locked="0" layoutInCell="1" allowOverlap="1" wp14:anchorId="1677C487" wp14:editId="52A1784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74930</wp:posOffset>
                  </wp:positionV>
                  <wp:extent cx="612140" cy="1590675"/>
                  <wp:effectExtent l="0" t="0" r="0" b="9525"/>
                  <wp:wrapNone/>
                  <wp:docPr id="147150993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50993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99" w:type="dxa"/>
            <w:shd w:val="clear" w:color="auto" w:fill="F3F8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86884" w14:textId="77777777" w:rsidR="0067321C" w:rsidRPr="00E3416F" w:rsidRDefault="002D34A6">
            <w:pPr>
              <w:spacing w:after="0" w:line="240" w:lineRule="auto"/>
              <w:rPr>
                <w:b/>
                <w:color w:val="303030"/>
                <w:sz w:val="28"/>
                <w:szCs w:val="28"/>
                <w:lang w:val="de-CH"/>
              </w:rPr>
            </w:pPr>
            <w:r w:rsidRPr="00E3416F">
              <w:rPr>
                <w:b/>
                <w:color w:val="303030"/>
                <w:sz w:val="28"/>
                <w:szCs w:val="28"/>
                <w:lang w:val="de-CH"/>
              </w:rPr>
              <w:t>BESUCH HC FREIBURG-GOTTÉRON</w:t>
            </w:r>
          </w:p>
          <w:p w14:paraId="3F9E0BAA" w14:textId="77777777" w:rsidR="00747505" w:rsidRPr="00747505" w:rsidRDefault="00747505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</w:p>
          <w:p w14:paraId="149E5CC2" w14:textId="7E178E5C" w:rsidR="0067321C" w:rsidRPr="00747505" w:rsidRDefault="00E3416F">
            <w:pPr>
              <w:spacing w:after="0" w:line="240" w:lineRule="auto"/>
              <w:rPr>
                <w:color w:val="00B050"/>
                <w:sz w:val="24"/>
                <w:szCs w:val="24"/>
                <w:lang w:val="de-CH"/>
              </w:rPr>
            </w:pPr>
            <w:r>
              <w:rPr>
                <w:b/>
                <w:color w:val="00B050"/>
                <w:sz w:val="24"/>
                <w:szCs w:val="24"/>
                <w:lang w:val="de-CH"/>
              </w:rPr>
              <w:t xml:space="preserve">Montag, </w:t>
            </w:r>
            <w:r w:rsidR="002D34A6" w:rsidRPr="00747505">
              <w:rPr>
                <w:b/>
                <w:color w:val="00B050"/>
                <w:sz w:val="24"/>
                <w:szCs w:val="24"/>
                <w:lang w:val="de-CH"/>
              </w:rPr>
              <w:t xml:space="preserve">19. Oktober 2026 </w:t>
            </w:r>
          </w:p>
          <w:p w14:paraId="1A5938EC" w14:textId="2D325C30" w:rsidR="0067321C" w:rsidRPr="00747505" w:rsidRDefault="002D34A6">
            <w:pPr>
              <w:spacing w:after="0" w:line="240" w:lineRule="auto"/>
              <w:rPr>
                <w:color w:val="00B050"/>
                <w:sz w:val="24"/>
                <w:szCs w:val="24"/>
                <w:lang w:val="de-CH"/>
              </w:rPr>
            </w:pPr>
            <w:r w:rsidRPr="00747505">
              <w:rPr>
                <w:b/>
                <w:color w:val="00B050"/>
                <w:sz w:val="24"/>
                <w:szCs w:val="24"/>
                <w:lang w:val="de-CH"/>
              </w:rPr>
              <w:t>9.00 - 14.00 Uhr</w:t>
            </w:r>
            <w:r w:rsidR="00747505">
              <w:rPr>
                <w:b/>
                <w:color w:val="00B050"/>
                <w:sz w:val="24"/>
                <w:szCs w:val="24"/>
                <w:lang w:val="de-CH"/>
              </w:rPr>
              <w:t xml:space="preserve"> </w:t>
            </w:r>
          </w:p>
          <w:p w14:paraId="6BE98348" w14:textId="77777777" w:rsidR="0067321C" w:rsidRDefault="002D34A6">
            <w:pPr>
              <w:spacing w:after="0" w:line="240" w:lineRule="auto"/>
              <w:rPr>
                <w:b/>
                <w:color w:val="00B050"/>
                <w:sz w:val="24"/>
                <w:szCs w:val="24"/>
                <w:lang w:val="de-CH"/>
              </w:rPr>
            </w:pPr>
            <w:r w:rsidRPr="00747505">
              <w:rPr>
                <w:b/>
                <w:color w:val="00B050"/>
                <w:sz w:val="24"/>
                <w:szCs w:val="24"/>
                <w:lang w:val="de-CH"/>
              </w:rPr>
              <w:t>BCF-Arena, Freiburg</w:t>
            </w:r>
          </w:p>
          <w:p w14:paraId="39AE4E02" w14:textId="77777777" w:rsidR="00747505" w:rsidRPr="00747505" w:rsidRDefault="00747505">
            <w:pPr>
              <w:spacing w:after="0" w:line="240" w:lineRule="auto"/>
              <w:rPr>
                <w:color w:val="00B050"/>
                <w:sz w:val="24"/>
                <w:szCs w:val="24"/>
                <w:lang w:val="de-CH"/>
              </w:rPr>
            </w:pPr>
          </w:p>
          <w:p w14:paraId="2066AD16" w14:textId="77777777" w:rsidR="0067321C" w:rsidRDefault="002D34A6">
            <w:pPr>
              <w:spacing w:after="0" w:line="240" w:lineRule="auto"/>
              <w:rPr>
                <w:b/>
                <w:bCs/>
                <w:color w:val="303030"/>
                <w:sz w:val="24"/>
                <w:szCs w:val="24"/>
                <w:lang w:val="de-CH"/>
              </w:rPr>
            </w:pPr>
            <w:r w:rsidRPr="00747505">
              <w:rPr>
                <w:b/>
                <w:bCs/>
                <w:color w:val="303030"/>
                <w:sz w:val="24"/>
                <w:szCs w:val="24"/>
                <w:lang w:val="de-CH"/>
              </w:rPr>
              <w:t>Führung + gemeinsames Essen | CHF 35.-</w:t>
            </w:r>
          </w:p>
          <w:p w14:paraId="6DF4A307" w14:textId="77777777" w:rsidR="00E3416F" w:rsidRDefault="00E3416F">
            <w:pPr>
              <w:spacing w:after="0" w:line="240" w:lineRule="auto"/>
              <w:rPr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E3416F">
              <w:rPr>
                <w:b/>
                <w:bCs/>
                <w:color w:val="303030"/>
                <w:sz w:val="24"/>
                <w:szCs w:val="24"/>
              </w:rPr>
              <w:t>Anmeldung</w:t>
            </w:r>
            <w:proofErr w:type="spellEnd"/>
            <w:r w:rsidRPr="00E3416F">
              <w:rPr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E3416F">
              <w:rPr>
                <w:b/>
                <w:bCs/>
                <w:color w:val="303030"/>
                <w:sz w:val="24"/>
                <w:szCs w:val="24"/>
              </w:rPr>
              <w:t>erforderlich</w:t>
            </w:r>
            <w:proofErr w:type="spellEnd"/>
          </w:p>
          <w:p w14:paraId="13B8E53D" w14:textId="77777777" w:rsidR="00E3416F" w:rsidRDefault="00E3416F">
            <w:pPr>
              <w:spacing w:after="0" w:line="240" w:lineRule="auto"/>
              <w:rPr>
                <w:b/>
                <w:bCs/>
                <w:color w:val="303030"/>
                <w:sz w:val="24"/>
                <w:szCs w:val="24"/>
              </w:rPr>
            </w:pPr>
          </w:p>
          <w:p w14:paraId="785E6148" w14:textId="1E0AF04C" w:rsidR="00E3416F" w:rsidRPr="00E3416F" w:rsidRDefault="00E3416F">
            <w:pPr>
              <w:spacing w:after="0" w:line="240" w:lineRule="auto"/>
              <w:rPr>
                <w:b/>
                <w:bCs/>
                <w:lang w:val="de-CH"/>
              </w:rPr>
            </w:pPr>
          </w:p>
        </w:tc>
      </w:tr>
    </w:tbl>
    <w:p w14:paraId="0733400A" w14:textId="1FB49CB5" w:rsidR="0067321C" w:rsidRDefault="0067321C">
      <w:pPr>
        <w:spacing w:after="20"/>
        <w:rPr>
          <w:lang w:val="de-CH"/>
        </w:rPr>
      </w:pPr>
    </w:p>
    <w:p w14:paraId="03E7D471" w14:textId="77777777" w:rsidR="00E734DD" w:rsidRPr="00747505" w:rsidRDefault="00E734DD">
      <w:pPr>
        <w:spacing w:after="20"/>
        <w:rPr>
          <w:lang w:val="de-CH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8222"/>
      </w:tblGrid>
      <w:tr w:rsidR="0067321C" w:rsidRPr="00E3416F" w14:paraId="769CBDE7" w14:textId="77777777" w:rsidTr="00747505">
        <w:trPr>
          <w:jc w:val="center"/>
        </w:trPr>
        <w:tc>
          <w:tcPr>
            <w:tcW w:w="2835" w:type="dxa"/>
            <w:shd w:val="clear" w:color="auto" w:fill="F2F8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2C65D8" w14:textId="77777777" w:rsidR="0067321C" w:rsidRDefault="002D34A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807F68A" wp14:editId="5128ABA2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92710</wp:posOffset>
                  </wp:positionV>
                  <wp:extent cx="1419031" cy="176212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mes_visual_rev.png"/>
                          <pic:cNvPicPr/>
                        </pic:nvPicPr>
                        <pic:blipFill rotWithShape="1">
                          <a:blip r:embed="rId11"/>
                          <a:srcRect b="31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031" cy="1762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22" w:type="dxa"/>
            <w:shd w:val="clear" w:color="auto" w:fill="F2F8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76D99B" w14:textId="77777777" w:rsidR="00E3416F" w:rsidRPr="00E3416F" w:rsidRDefault="00E3416F">
            <w:pPr>
              <w:spacing w:after="0" w:line="240" w:lineRule="auto"/>
              <w:rPr>
                <w:b/>
                <w:color w:val="087A78"/>
                <w:sz w:val="20"/>
                <w:szCs w:val="20"/>
                <w:lang w:val="de-CH"/>
              </w:rPr>
            </w:pPr>
          </w:p>
          <w:p w14:paraId="464C01BC" w14:textId="204D5306" w:rsidR="0067321C" w:rsidRPr="00E3416F" w:rsidRDefault="00E3416F">
            <w:pPr>
              <w:spacing w:after="0" w:line="240" w:lineRule="auto"/>
              <w:rPr>
                <w:b/>
                <w:color w:val="087A78"/>
                <w:sz w:val="28"/>
                <w:szCs w:val="28"/>
                <w:lang w:val="de-CH"/>
              </w:rPr>
            </w:pPr>
            <w:r w:rsidRPr="00E3416F">
              <w:rPr>
                <w:b/>
                <w:color w:val="087A78"/>
                <w:sz w:val="28"/>
                <w:szCs w:val="28"/>
                <w:lang w:val="de-CH"/>
              </w:rPr>
              <w:t xml:space="preserve">GRATIS </w:t>
            </w:r>
            <w:r w:rsidR="002D34A6" w:rsidRPr="00E3416F">
              <w:rPr>
                <w:b/>
                <w:color w:val="087A78"/>
                <w:sz w:val="28"/>
                <w:szCs w:val="28"/>
                <w:lang w:val="de-CH"/>
              </w:rPr>
              <w:t>SPIELNACHMITTAGE FÜR GROSS UND KLEIN</w:t>
            </w:r>
          </w:p>
          <w:p w14:paraId="604675DB" w14:textId="77777777" w:rsidR="00E3416F" w:rsidRPr="00E3416F" w:rsidRDefault="00E3416F">
            <w:pPr>
              <w:spacing w:after="0" w:line="240" w:lineRule="auto"/>
              <w:rPr>
                <w:b/>
                <w:color w:val="087A78"/>
                <w:sz w:val="24"/>
                <w:szCs w:val="24"/>
                <w:lang w:val="de-CH"/>
              </w:rPr>
            </w:pPr>
          </w:p>
          <w:p w14:paraId="6CEB6335" w14:textId="7EECDF7B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087A78"/>
                <w:sz w:val="24"/>
                <w:szCs w:val="24"/>
                <w:lang w:val="de-CH"/>
              </w:rPr>
              <w:t>So, 8. November 2026 | 14.00 - 17.00 Uhr</w:t>
            </w:r>
          </w:p>
          <w:p w14:paraId="1D49E743" w14:textId="77777777" w:rsidR="0067321C" w:rsidRPr="00E3416F" w:rsidRDefault="002D34A6">
            <w:pPr>
              <w:spacing w:after="0" w:line="240" w:lineRule="auto"/>
              <w:rPr>
                <w:color w:val="303030"/>
                <w:sz w:val="24"/>
                <w:szCs w:val="24"/>
                <w:lang w:val="de-CH"/>
              </w:rPr>
            </w:pPr>
            <w:proofErr w:type="spellStart"/>
            <w:r w:rsidRPr="00E3416F">
              <w:rPr>
                <w:color w:val="303030"/>
                <w:sz w:val="24"/>
                <w:szCs w:val="24"/>
                <w:lang w:val="de-CH"/>
              </w:rPr>
              <w:t>Brändi</w:t>
            </w:r>
            <w:proofErr w:type="spellEnd"/>
            <w:r w:rsidRPr="00E3416F">
              <w:rPr>
                <w:color w:val="303030"/>
                <w:sz w:val="24"/>
                <w:szCs w:val="24"/>
                <w:lang w:val="de-CH"/>
              </w:rPr>
              <w:t>-Dog | Primarschule Wünnewil</w:t>
            </w:r>
          </w:p>
          <w:p w14:paraId="3EC8A4EE" w14:textId="74B07636" w:rsidR="00747505" w:rsidRPr="00E3416F" w:rsidRDefault="00747505">
            <w:pPr>
              <w:spacing w:after="0" w:line="240" w:lineRule="auto"/>
              <w:rPr>
                <w:color w:val="303030"/>
                <w:sz w:val="24"/>
                <w:szCs w:val="24"/>
                <w:lang w:val="de-CH"/>
              </w:rPr>
            </w:pP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Anmeldung:</w:t>
            </w:r>
            <w:r w:rsidRPr="00E3416F">
              <w:rPr>
                <w:color w:val="303030"/>
                <w:sz w:val="24"/>
                <w:szCs w:val="24"/>
                <w:lang w:val="de-CH"/>
              </w:rPr>
              <w:t xml:space="preserve"> info@ludo-wuefla.ch / 026 496 33 64 </w:t>
            </w: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bis 25.</w:t>
            </w: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10.</w:t>
            </w: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26</w:t>
            </w:r>
          </w:p>
          <w:p w14:paraId="0037A32F" w14:textId="77777777" w:rsidR="00747505" w:rsidRPr="00E3416F" w:rsidRDefault="00747505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</w:p>
          <w:p w14:paraId="3739A452" w14:textId="77777777" w:rsidR="0067321C" w:rsidRPr="00E3416F" w:rsidRDefault="002D34A6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  <w:r w:rsidRPr="00E3416F">
              <w:rPr>
                <w:b/>
                <w:color w:val="087A78"/>
                <w:sz w:val="24"/>
                <w:szCs w:val="24"/>
                <w:lang w:val="de-CH"/>
              </w:rPr>
              <w:t>Fr, 20. November 2026 | 19.30 - 22.00 Uhr</w:t>
            </w:r>
          </w:p>
          <w:p w14:paraId="3961B35C" w14:textId="77777777" w:rsidR="0067321C" w:rsidRPr="00E3416F" w:rsidRDefault="002D34A6">
            <w:pPr>
              <w:spacing w:after="0" w:line="240" w:lineRule="auto"/>
              <w:rPr>
                <w:color w:val="303030"/>
                <w:sz w:val="24"/>
                <w:szCs w:val="24"/>
                <w:lang w:val="de-CH"/>
              </w:rPr>
            </w:pPr>
            <w:r w:rsidRPr="00E3416F">
              <w:rPr>
                <w:color w:val="303030"/>
                <w:sz w:val="24"/>
                <w:szCs w:val="24"/>
                <w:lang w:val="de-CH"/>
              </w:rPr>
              <w:t xml:space="preserve">Ludothek, </w:t>
            </w:r>
            <w:proofErr w:type="spellStart"/>
            <w:r w:rsidRPr="00E3416F">
              <w:rPr>
                <w:color w:val="303030"/>
                <w:sz w:val="24"/>
                <w:szCs w:val="24"/>
                <w:lang w:val="de-CH"/>
              </w:rPr>
              <w:t>Gwattstrasse</w:t>
            </w:r>
            <w:proofErr w:type="spellEnd"/>
            <w:r w:rsidRPr="00E3416F">
              <w:rPr>
                <w:color w:val="303030"/>
                <w:sz w:val="24"/>
                <w:szCs w:val="24"/>
                <w:lang w:val="de-CH"/>
              </w:rPr>
              <w:t xml:space="preserve"> 10A, Schmitten</w:t>
            </w:r>
          </w:p>
          <w:p w14:paraId="6F3D965E" w14:textId="28BE9268" w:rsidR="00E3416F" w:rsidRPr="00E3416F" w:rsidRDefault="00747505" w:rsidP="00E3416F">
            <w:pPr>
              <w:spacing w:after="0" w:line="240" w:lineRule="auto"/>
              <w:ind w:right="-521"/>
              <w:rPr>
                <w:color w:val="303030"/>
                <w:sz w:val="24"/>
                <w:szCs w:val="24"/>
                <w:lang w:val="de-CH"/>
              </w:rPr>
            </w:pP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Anmeldung:</w:t>
            </w:r>
            <w:r w:rsidRPr="00E3416F">
              <w:rPr>
                <w:color w:val="303030"/>
                <w:sz w:val="24"/>
                <w:szCs w:val="24"/>
                <w:lang w:val="de-CH"/>
              </w:rPr>
              <w:t xml:space="preserve"> info@ludo-schmitten.ch /079 296 72 42 bis </w:t>
            </w: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18.</w:t>
            </w: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11.</w:t>
            </w:r>
            <w:r w:rsidRPr="00E3416F">
              <w:rPr>
                <w:b/>
                <w:bCs/>
                <w:color w:val="303030"/>
                <w:sz w:val="24"/>
                <w:szCs w:val="24"/>
                <w:lang w:val="de-CH"/>
              </w:rPr>
              <w:t>26</w:t>
            </w:r>
          </w:p>
          <w:p w14:paraId="51564B8A" w14:textId="2FD44F24" w:rsidR="0067321C" w:rsidRPr="00E3416F" w:rsidRDefault="0067321C">
            <w:pPr>
              <w:spacing w:after="0" w:line="240" w:lineRule="auto"/>
              <w:rPr>
                <w:sz w:val="24"/>
                <w:szCs w:val="24"/>
                <w:lang w:val="de-CH"/>
              </w:rPr>
            </w:pPr>
          </w:p>
        </w:tc>
      </w:tr>
    </w:tbl>
    <w:tbl>
      <w:tblPr>
        <w:tblpPr w:leftFromText="141" w:rightFromText="141" w:vertAnchor="text" w:horzAnchor="margin" w:tblpX="58" w:tblpY="1172"/>
        <w:tblW w:w="11157" w:type="dxa"/>
        <w:tblLayout w:type="fixed"/>
        <w:tblLook w:val="04A0" w:firstRow="1" w:lastRow="0" w:firstColumn="1" w:lastColumn="0" w:noHBand="0" w:noVBand="1"/>
      </w:tblPr>
      <w:tblGrid>
        <w:gridCol w:w="6196"/>
        <w:gridCol w:w="4961"/>
      </w:tblGrid>
      <w:tr w:rsidR="00747505" w:rsidRPr="00E734DD" w14:paraId="44D3D200" w14:textId="77777777" w:rsidTr="00C26B04">
        <w:trPr>
          <w:trHeight w:val="1623"/>
        </w:trPr>
        <w:tc>
          <w:tcPr>
            <w:tcW w:w="6196" w:type="dxa"/>
            <w:shd w:val="clear" w:color="auto" w:fill="63B32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27AD2C" w14:textId="4C2B3CF6" w:rsidR="00E734DD" w:rsidRPr="00E734DD" w:rsidRDefault="00747505" w:rsidP="00747505">
            <w:pPr>
              <w:spacing w:after="0" w:line="240" w:lineRule="auto"/>
              <w:rPr>
                <w:b/>
                <w:color w:val="FFFFFF"/>
                <w:sz w:val="28"/>
                <w:szCs w:val="28"/>
                <w:lang w:val="de-CH"/>
              </w:rPr>
            </w:pPr>
            <w:r w:rsidRPr="00E734DD">
              <w:rPr>
                <w:b/>
                <w:color w:val="FFFFFF"/>
                <w:sz w:val="28"/>
                <w:szCs w:val="28"/>
                <w:lang w:val="de-CH"/>
              </w:rPr>
              <w:t xml:space="preserve">Information &amp; Anmeldung: </w:t>
            </w:r>
          </w:p>
          <w:p w14:paraId="533D9435" w14:textId="77777777" w:rsidR="00E734DD" w:rsidRDefault="00E734DD" w:rsidP="00747505">
            <w:pPr>
              <w:spacing w:after="0" w:line="240" w:lineRule="auto"/>
              <w:rPr>
                <w:b/>
                <w:color w:val="FFFFFF"/>
                <w:sz w:val="24"/>
                <w:szCs w:val="24"/>
                <w:lang w:val="de-CH"/>
              </w:rPr>
            </w:pPr>
          </w:p>
          <w:p w14:paraId="6C2B98D6" w14:textId="0E5E1A67" w:rsidR="00747505" w:rsidRPr="00E734DD" w:rsidRDefault="00747505" w:rsidP="00747505">
            <w:pPr>
              <w:spacing w:after="0" w:line="240" w:lineRule="auto"/>
              <w:rPr>
                <w:sz w:val="28"/>
                <w:szCs w:val="28"/>
                <w:lang w:val="de-CH"/>
              </w:rPr>
            </w:pPr>
            <w:r w:rsidRPr="00E734DD">
              <w:rPr>
                <w:b/>
                <w:color w:val="FFFFFF"/>
                <w:sz w:val="28"/>
                <w:szCs w:val="28"/>
                <w:lang w:val="de-CH"/>
              </w:rPr>
              <w:t>Pro Senectute Freiburg</w:t>
            </w:r>
          </w:p>
          <w:p w14:paraId="5F93418D" w14:textId="77777777" w:rsidR="00747505" w:rsidRPr="00747505" w:rsidRDefault="00747505" w:rsidP="00747505">
            <w:pPr>
              <w:spacing w:after="0" w:line="240" w:lineRule="auto"/>
              <w:rPr>
                <w:lang w:val="de-CH"/>
              </w:rPr>
            </w:pPr>
            <w:r w:rsidRPr="00E734DD">
              <w:rPr>
                <w:b/>
                <w:color w:val="FFFFFF"/>
                <w:sz w:val="28"/>
                <w:szCs w:val="28"/>
                <w:lang w:val="de-CH"/>
              </w:rPr>
              <w:t>026 347 12 93   |   sportetformation@fr.prosenectute.ch</w:t>
            </w:r>
          </w:p>
        </w:tc>
        <w:tc>
          <w:tcPr>
            <w:tcW w:w="4961" w:type="dxa"/>
            <w:shd w:val="clear" w:color="auto" w:fill="63B32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46A926" w14:textId="77777777" w:rsidR="00747505" w:rsidRPr="00E734DD" w:rsidRDefault="00747505" w:rsidP="00747505">
            <w:pPr>
              <w:ind w:right="635"/>
              <w:jc w:val="right"/>
              <w:rPr>
                <w:i/>
                <w:iCs/>
                <w:lang w:val="de-CH"/>
              </w:rPr>
            </w:pPr>
          </w:p>
        </w:tc>
      </w:tr>
    </w:tbl>
    <w:p w14:paraId="5D5FA76E" w14:textId="77777777" w:rsidR="00E734DD" w:rsidRPr="00E734DD" w:rsidRDefault="00E734DD">
      <w:pPr>
        <w:rPr>
          <w:lang w:val="de-CH"/>
        </w:rPr>
      </w:pPr>
    </w:p>
    <w:sectPr w:rsidR="00E734DD" w:rsidRPr="00E734DD" w:rsidSect="00C26B04">
      <w:pgSz w:w="11906" w:h="16838"/>
      <w:pgMar w:top="454" w:right="454" w:bottom="0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9045579">
    <w:abstractNumId w:val="8"/>
  </w:num>
  <w:num w:numId="2" w16cid:durableId="4478003">
    <w:abstractNumId w:val="6"/>
  </w:num>
  <w:num w:numId="3" w16cid:durableId="242371726">
    <w:abstractNumId w:val="5"/>
  </w:num>
  <w:num w:numId="4" w16cid:durableId="268053429">
    <w:abstractNumId w:val="4"/>
  </w:num>
  <w:num w:numId="5" w16cid:durableId="1788357168">
    <w:abstractNumId w:val="7"/>
  </w:num>
  <w:num w:numId="6" w16cid:durableId="770970930">
    <w:abstractNumId w:val="3"/>
  </w:num>
  <w:num w:numId="7" w16cid:durableId="796990173">
    <w:abstractNumId w:val="2"/>
  </w:num>
  <w:num w:numId="8" w16cid:durableId="1299341770">
    <w:abstractNumId w:val="1"/>
  </w:num>
  <w:num w:numId="9" w16cid:durableId="82983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34A6"/>
    <w:rsid w:val="00326F90"/>
    <w:rsid w:val="0062013C"/>
    <w:rsid w:val="0067321C"/>
    <w:rsid w:val="00747505"/>
    <w:rsid w:val="00AA1D8D"/>
    <w:rsid w:val="00B47730"/>
    <w:rsid w:val="00C26B04"/>
    <w:rsid w:val="00CB0664"/>
    <w:rsid w:val="00E3416F"/>
    <w:rsid w:val="00E734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4C13D"/>
  <w14:defaultImageDpi w14:val="300"/>
  <w15:docId w15:val="{EFD8BB0D-E576-459B-84D3-6610C39A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Neuhaus Claudia</cp:lastModifiedBy>
  <cp:revision>3</cp:revision>
  <dcterms:created xsi:type="dcterms:W3CDTF">2026-09-17T05:58:00Z</dcterms:created>
  <dcterms:modified xsi:type="dcterms:W3CDTF">2026-09-17T06:00:00Z</dcterms:modified>
  <cp:category/>
</cp:coreProperties>
</file>